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Пилот сервиса Север</w:t>
      </w:r>
    </w:p>
    <w:p>
      <w:r>
        <w:t>Демонстрационный бриф для презентации предложения. Все названия, числа и условия учебные. Получатель — руководитель небольшой команды. Задача презентации — договориться об обсуждении пилота, а не обещать достигнутый результат.</w:t>
      </w:r>
    </w:p>
    <w:p>
      <w:pPr>
        <w:pStyle w:val="Heading1"/>
      </w:pPr>
      <w:r>
        <w:t>Задача клиента</w:t>
      </w:r>
    </w:p>
    <w:p>
      <w:r>
        <w:t>Обращения поступают в разные каналы и теряются. Нужен единый журнал обращений с ответственным и статусом. Исходные данные о потерях не измерены — не придумывать проценты улучшения.</w:t>
      </w:r>
    </w:p>
    <w:p>
      <w:pPr>
        <w:pStyle w:val="Heading1"/>
      </w:pPr>
      <w:r>
        <w:t>Предлагаемое решение</w:t>
      </w:r>
    </w:p>
    <w:p>
      <w:r>
        <w:t>Настроить общий журнал, правила регистрации и короткую инструкцию для команды. Пилот рассчитан на две недели. На презентации показать решение простыми словами.</w:t>
      </w:r>
    </w:p>
    <w:p>
      <w:pPr>
        <w:pStyle w:val="Heading1"/>
      </w:pPr>
      <w:r>
        <w:t>Этапы пилота</w:t>
      </w:r>
    </w:p>
    <w:p>
      <w:r>
        <w:t>Первая неделя: настройка полей и статусов, перенос демонстрационных обращений, обучение. Вторая неделя: использование журнала и проверка полноты регистрации.</w:t>
      </w:r>
    </w:p>
    <w:p>
      <w:pPr>
        <w:pStyle w:val="Heading1"/>
      </w:pPr>
      <w:r>
        <w:t>Критерий и бюджет</w:t>
      </w:r>
    </w:p>
    <w:p>
      <w:r>
        <w:t>Целевой критерий приёмки: 90% поступивших обращений зарегистрированы. Это план, а не достигнутый показатель. Демонстрационный бюджет — 30 000 рублей. Налоги и договорные условия в примере не определены.</w:t>
      </w:r>
    </w:p>
    <w:p>
      <w:pPr>
        <w:pStyle w:val="Heading1"/>
      </w:pPr>
      <w:r>
        <w:t>Следующий шаг</w:t>
      </w:r>
    </w:p>
    <w:p>
      <w:r>
        <w:t>Обсудить состав команды, назначить ответственного и согласовать дату старта. Сделать 5 слайдов: задача, решение, этапы, критерий и бюджет, следующий шаг. Не добавлять отзывы, реальные реквизиты и вымышленных клиентов.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